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163F9FB2" w:rsidP="761834CC" w:rsidRDefault="163F9FB2" w14:paraId="3556D9CE" w14:textId="73F90FFC">
      <w:pPr>
        <w:pStyle w:val="Eyebrow"/>
        <w:spacing w:after="14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</w:pPr>
      <w:r w:rsidRPr="761834CC" w:rsidR="163F9FB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  <w:t>BREAST CANCER AWARENESS MONTH</w:t>
      </w:r>
    </w:p>
    <w:p w:rsidR="163F9FB2" w:rsidP="761834CC" w:rsidRDefault="163F9FB2" w14:paraId="6845CCFD" w14:textId="1C1C8FB2">
      <w:pPr>
        <w:pStyle w:val="Eyebrow"/>
        <w:spacing w:after="14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</w:pPr>
      <w:r w:rsidRPr="761834CC" w:rsidR="163F9FB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  <w:t>Solis Mammography</w:t>
      </w:r>
    </w:p>
    <w:p w:rsidR="163F9FB2" w:rsidP="761834CC" w:rsidRDefault="163F9FB2" w14:paraId="3B1EB470" w14:textId="5DB29DDB">
      <w:pPr>
        <w:pStyle w:val="Title"/>
        <w:pBdr>
          <w:bottom w:val="single" w:color="4F81BD" w:sz="8" w:space="4"/>
        </w:pBdr>
        <w:spacing w:after="30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56"/>
          <w:szCs w:val="56"/>
          <w:lang w:val="en-US"/>
        </w:rPr>
      </w:pPr>
      <w:r w:rsidRPr="761834CC" w:rsidR="163F9F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56"/>
          <w:szCs w:val="56"/>
          <w:lang w:val="en-US"/>
        </w:rPr>
        <w:t>Patient Email Copy</w:t>
      </w:r>
    </w:p>
    <w:p w:rsidR="7AD10EA0" w:rsidP="7AD10EA0" w:rsidRDefault="7AD10EA0" w14:paraId="069199D8" w14:textId="4E6C7B41">
      <w:pPr>
        <w:pStyle w:val="EmailSubject"/>
        <w:rPr>
          <w:b w:val="1"/>
          <w:bCs w:val="1"/>
        </w:rPr>
      </w:pPr>
    </w:p>
    <w:p xmlns:wp14="http://schemas.microsoft.com/office/word/2010/wordml" w14:paraId="233BFD43" wp14:textId="77777777">
      <w:pPr>
        <w:pStyle w:val="EmailSubject"/>
      </w:pPr>
      <w:r>
        <w:rPr>
          <w:b/>
        </w:rPr>
        <w:t xml:space="preserve">Subject: </w:t>
      </w:r>
      <w:r>
        <w:t>This Breast Cancer Awareness Month, Put Your Breast Health First</w:t>
      </w:r>
    </w:p>
    <w:p xmlns:wp14="http://schemas.microsoft.com/office/word/2010/wordml" w14:paraId="50DC5137" wp14:textId="77777777">
      <w:r>
        <w:rPr>
          <w:b w:val="0"/>
        </w:rPr>
        <w:t>Dear [Patient Name],</w:t>
      </w:r>
    </w:p>
    <w:p xmlns:wp14="http://schemas.microsoft.com/office/word/2010/wordml" w14:paraId="4718D4B0" wp14:textId="77777777">
      <w:r>
        <w:rPr>
          <w:b w:val="0"/>
        </w:rPr>
        <w:t>October is Breast Cancer Awareness Month, an important reminder to make your breast health a priority.</w:t>
      </w:r>
    </w:p>
    <w:p xmlns:wp14="http://schemas.microsoft.com/office/word/2010/wordml" w14:paraId="77E9BC7B" wp14:textId="77777777">
      <w:r>
        <w:rPr>
          <w:b w:val="0"/>
        </w:rPr>
      </w:r>
      <w:r>
        <w:rPr>
          <w:b/>
        </w:rPr>
        <w:t>1 in 8 women will develop breast cancer in her lifetime.</w:t>
      </w:r>
      <w:r>
        <w:rPr>
          <w:b w:val="0"/>
        </w:rPr>
        <w:t xml:space="preserve"> Early detection matters, and staying on top of your recommended mammogram is an important step you can take for your health.</w:t>
      </w:r>
    </w:p>
    <w:p xmlns:wp14="http://schemas.microsoft.com/office/word/2010/wordml" w14:paraId="0840F4EA" wp14:textId="77777777">
      <w:r>
        <w:rPr>
          <w:b w:val="0"/>
        </w:rPr>
        <w:t>If you’re due for your mammogram, don’t put it off.</w:t>
      </w:r>
    </w:p>
    <w:p xmlns:wp14="http://schemas.microsoft.com/office/word/2010/wordml" w14:paraId="7976693E" wp14:textId="77777777">
      <w:r w:rsidRPr="7AD10EA0" w:rsidR="7AD10EA0">
        <w:rPr>
          <w:b w:val="1"/>
          <w:bCs w:val="1"/>
        </w:rPr>
        <w:t>Schedule your mammogram today.</w:t>
      </w:r>
      <w:r>
        <w:rPr>
          <w:b w:val="0"/>
        </w:rPr>
      </w:r>
    </w:p>
    <w:p w:rsidR="3FEDE450" w:rsidRDefault="3FEDE450" w14:paraId="1CCCEF85" w14:textId="6C6825CE">
      <w:hyperlink r:id="R916821d4c72a4028">
        <w:r w:rsidRPr="4C672CE1" w:rsidR="3FEDE450">
          <w:rPr>
            <w:rStyle w:val="Hyperlink"/>
          </w:rPr>
          <w:t>https://www.solismammo.com/</w:t>
        </w:r>
        <w:r w:rsidRPr="4C672CE1" w:rsidR="322A159E">
          <w:rPr>
            <w:rStyle w:val="Hyperlink"/>
          </w:rPr>
          <w:t>memorial</w:t>
        </w:r>
      </w:hyperlink>
      <w:r w:rsidR="3FEDE450">
        <w:rPr/>
        <w:t xml:space="preserve"> </w:t>
      </w:r>
    </w:p>
    <w:p xmlns:wp14="http://schemas.microsoft.com/office/word/2010/wordml" w14:paraId="5CF11C59" wp14:textId="77777777">
      <w:r>
        <w:t>Sincerely,</w:t>
      </w:r>
    </w:p>
    <w:p xmlns:wp14="http://schemas.microsoft.com/office/word/2010/wordml" w14:paraId="31AC5B52" wp14:textId="77777777">
      <w:r>
        <w:t>[Physician Name]</w:t>
      </w:r>
    </w:p>
    <w:p xmlns:wp14="http://schemas.microsoft.com/office/word/2010/wordml" w14:paraId="1DCA59B0" wp14:textId="77777777">
      <w:r w:rsidR="7AD10EA0">
        <w:rPr/>
        <w:t>[Practice Name]</w:t>
      </w:r>
    </w:p>
    <w:p xmlns:wp14="http://schemas.microsoft.com/office/word/2010/wordml" w:rsidP="7AD10EA0" w14:paraId="322D327D" wp14:textId="004CCA79">
      <w:pPr>
        <w:pStyle w:val="ListBullet"/>
        <w:numPr>
          <w:ilvl w:val="0"/>
          <w:numId w:val="0"/>
        </w:numPr>
      </w:pP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7451E51C" wp14:textId="77777777">
    <w:pPr>
      <w:pStyle w:val="Footer"/>
      <w:jc w:val="center"/>
    </w:pPr>
    <w:r>
      <w:rPr>
        <w:color w:val="787878"/>
        <w:sz w:val="16"/>
      </w:rPr>
      <w:t>Breast Cancer Awareness Month | Physician Toolkit Email Copy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25EF0AD7" wp14:textId="6FFF1DC1">
    <w:pPr>
      <w:pStyle w:val="Eyebrow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3F9FB2"/>
    <w:rsid w:val="1D10B0EA"/>
    <w:rsid w:val="2915C7C5"/>
    <w:rsid w:val="322A159E"/>
    <w:rsid w:val="386C89A9"/>
    <w:rsid w:val="39E4A007"/>
    <w:rsid w:val="3FEDE450"/>
    <w:rsid w:val="49544661"/>
    <w:rsid w:val="4C672CE1"/>
    <w:rsid w:val="567ED77D"/>
    <w:rsid w:val="65633B50"/>
    <w:rsid w:val="70B28C85"/>
    <w:rsid w:val="761834CC"/>
    <w:rsid w:val="7AD1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8F9B8CF-6860-47D8-8732-A2F2E065D9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AD215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ptos" w:hAnsi="Aptos" w:asciiTheme="majorHAnsi" w:hAnsiTheme="majorHAnsi" w:eastAsiaTheme="majorEastAsia" w:cstheme="majorBidi"/>
      <w:b/>
      <w:bCs/>
      <w:color w:val="4A4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AD2150"/>
      <w:spacing w:val="5"/>
      <w:kern w:val="28"/>
      <w:sz w:val="5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yebrow" w:customStyle="1">
    <w:name w:val="Eyebrow"/>
    <w:pPr>
      <w:spacing w:after="140"/>
    </w:pPr>
    <w:rPr>
      <w:rFonts w:ascii="Aptos" w:hAnsi="Aptos"/>
      <w:b/>
      <w:color w:val="AD2150"/>
      <w:sz w:val="18"/>
    </w:rPr>
  </w:style>
  <w:style w:type="paragraph" w:styleId="EmailSubject" w:customStyle="1">
    <w:name w:val="EmailSubject"/>
    <w:pPr>
      <w:spacing w:after="140"/>
    </w:pPr>
    <w:rPr>
      <w:rFonts w:ascii="Aptos" w:hAnsi="Aptos"/>
      <w:b/>
      <w:color w:val="4A4A4A"/>
      <w:sz w:val="22"/>
    </w:rPr>
  </w:style>
  <w:style w:type="paragraph" w:styleId="Callout" w:customStyle="1">
    <w:name w:val="Callout"/>
    <w:pPr>
      <w:spacing w:after="140"/>
    </w:pPr>
    <w:rPr>
      <w:rFonts w:ascii="Aptos" w:hAnsi="Aptos"/>
      <w:b/>
      <w:color w:val="AD2150"/>
      <w:sz w:val="24"/>
    </w:rPr>
  </w:style>
  <w:style w:type="character" w:styleId="Hyperlink">
    <w:uiPriority w:val="99"/>
    <w:name w:val="Hyperlink"/>
    <w:basedOn w:val="DefaultParagraphFont"/>
    <w:unhideWhenUsed/>
    <w:rsid w:val="7AD10E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Relationship Type="http://schemas.openxmlformats.org/officeDocument/2006/relationships/hyperlink" Target="https://www.solismammo.com/memorial" TargetMode="External" Id="R916821d4c72a402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BC5D0F1BE5E4E8DDFEBBF2F463D55" ma:contentTypeVersion="14" ma:contentTypeDescription="Create a new document." ma:contentTypeScope="" ma:versionID="2bf9f1d002e59d198a8e1cbbc21ee7a9">
  <xsd:schema xmlns:xsd="http://www.w3.org/2001/XMLSchema" xmlns:xs="http://www.w3.org/2001/XMLSchema" xmlns:p="http://schemas.microsoft.com/office/2006/metadata/properties" xmlns:ns2="e36eb6fd-8f26-41bf-8bb2-624cb1d836b6" xmlns:ns3="5452c13b-69eb-43a2-b701-f63d93cc34ea" targetNamespace="http://schemas.microsoft.com/office/2006/metadata/properties" ma:root="true" ma:fieldsID="a42fcd2f879c115a7cf319889fb1b3cb" ns2:_="" ns3:_="">
    <xsd:import namespace="e36eb6fd-8f26-41bf-8bb2-624cb1d836b6"/>
    <xsd:import namespace="5452c13b-69eb-43a2-b701-f63d93cc34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b6fd-8f26-41bf-8bb2-624cb1d83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595981-214c-4655-8fe5-08ae173cd4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2c13b-69eb-43a2-b701-f63d93cc34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0a60a8-319c-4f91-a836-46db5b4e3145}" ma:internalName="TaxCatchAll" ma:showField="CatchAllData" ma:web="5452c13b-69eb-43a2-b701-f63d93cc34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52c13b-69eb-43a2-b701-f63d93cc34ea" xsi:nil="true"/>
    <lcf76f155ced4ddcb4097134ff3c332f xmlns="e36eb6fd-8f26-41bf-8bb2-624cb1d83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49A80F-C425-445D-B436-3C2EA6D9D3DC}"/>
</file>

<file path=customXml/itemProps3.xml><?xml version="1.0" encoding="utf-8"?>
<ds:datastoreItem xmlns:ds="http://schemas.openxmlformats.org/officeDocument/2006/customXml" ds:itemID="{53D9D87B-6789-4AAA-8BA4-FA4036988AA4}"/>
</file>

<file path=customXml/itemProps4.xml><?xml version="1.0" encoding="utf-8"?>
<ds:datastoreItem xmlns:ds="http://schemas.openxmlformats.org/officeDocument/2006/customXml" ds:itemID="{D9B1506D-6A90-4287-9C3A-CACB5B9EC4A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Covington</dc:creator>
  <keywords/>
  <dc:description>generated by python-docx</dc:description>
  <lastModifiedBy>Lauren Covington</lastModifiedBy>
  <revision>5</revision>
  <dcterms:created xsi:type="dcterms:W3CDTF">2026-09-21T16:06:00.0000000Z</dcterms:created>
  <dcterms:modified xsi:type="dcterms:W3CDTF">2026-09-25T20:10:23.0172972Z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0x010100087BC5D0F1BE5E4E8DDFEBBF2F463D55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